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1537: 小 X 玩游戏(game)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听完了故事，小 X 又想去玩一会儿游戏了。 这是一个很奇特的单机游戏， 游戏规则如下：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游戏中一共有 4 × n 张牌，每张牌上有一个数字， 这些数字恰好是 1～4 × n。一开始电脑会把这 4 × n 张牌随机打乱，然后会发 2 × n 张牌给小 X。那些剩下的 2 × n 牌电脑会再打乱一次，然后排成一排展示给小 X 看。而小 X 需要做的就是将自己的 2 × n 张牌也排成一排，与电脑展示的 2 × n 张牌一一对应。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之后就开始评分了，对于前 n 对牌（一对牌是指小 X 的一张加上电脑的一张）， 牌上数字小的一方获得一分； 而对于后 n 对牌， 牌上数字大的一方获得一分。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例如当 n=3 时， 共有 12 张牌 ， 牌上的数字是 1 ～ 12 。 电脑打乱后，小 X 拿到 6 张牌 ，假设是1, 3, 4, 5, 7, 8。 此时电脑手中还剩下 2, 6, 9, 10, 11, 12。同样假设电脑会将这 6 张牌按照 9, 11, 6, 2, 12, 10 这样的顺序展示给小 X 看。如果小 X 是将 6 张牌按 1, 7, 5, 8, 4, 3 这么排的，那么小 X 会获得 4 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对： 1 – 9 ，小 X 得 1 分， 电脑得 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对： 7 – 11，小 X 得 1 分， 电脑得 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对： 5 – 6 ，小 X 得 1 分， 电脑得 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对： 8 – 2 ，小 X 得 1 分， 电脑得 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5 对： 4 – 12， 电脑得 1 分，小 X 得 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6 对： 3 – 10， 电脑得 1 分，小 X 得 0 分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前一半第 1 对～第 3 对牌是比谁小，后一半第 4 对～第 6 对牌是比谁大。前一列数字代表的是小 X 的牌，后一列数字代表的是电脑的牌。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现在已经拿到了 2 × n 张牌，同时电脑也已经展示出了它的 2 × n 张牌是怎么排列的，小 X 想知道他最多能够获得多少分？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输入数据第一行为一个正整数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接下来一行共有 2 × n 个用空格隔开的正整数， 表示小 X 手中拥有的 2 × n 张牌。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再下一行同样是 2 × n 个用空格隔开的正整数， 表示电脑展示出的 2 × n 张牌（以读入的顺序展示）。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输出一行只有一个数 ans， 表示小 X 最多能够获得的分数。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5 3 2 16 14 13 9 7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1 8 12 11 15 6 4 10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 1 ≤ n ≤ 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40% 的数据， 电脑展示的 2 × n 张牌是从小到大排好序的；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1 ≤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常州市2016“信息与未来”夏令营选拔赛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