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jp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1531: 小X与正方形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1531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市赛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299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市赛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小X的老师很喜欢围棋。众所周知，围棋的棋盘有 19 行 19 列。为方便起见，我们把这些行列按顺序编号为 1～19，并用 (x, y) 表示第 x 列第 y 行的位置。例如下图中，A 用 (16,4) 表示，B 用 (14, 3) 表示。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现在老师让小X在棋盘上放 4 枚棋子，要求这 4 枚棋子组成一个正方形的四个顶点。但是小X喜欢三角形，不喜欢正方形，于是只放了 3 枚就跑出去玩去了。那么这最后的棋子就交给你来放了，请求出这枚棋子应该放在哪里？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455708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typ6gzsp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55708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输入数据仅有一行包含6个用空格隔开的正整数 x_1, y_1, x_2, y_2, x_3, y_3， 表示三枚棋子的位置为 (x_1, y_1), (x_2, y_2), (x_3, y_3)；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输出一行包含两个正整数 x 和 y，两数之间用一个空格隔开；表示若将最后一枚棋子放在位置 (x, y)，它与之前的三枚棋子能组成一个正方形的四个顶点。数据保证方案唯一。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 1 解释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如上图所示，最后一枚棋子应放在 A (16, 4)处。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 2 解释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注意考虑正方形的四条边不与棋盘上的网格线平行的情况，这种情况你也可以无视它，因为这种情况只占本题 20% 的分数。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80% 的数据，正方形的四条边与网格线平行。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其中 40% 的数据，除上一条以外，还保证最后一枚棋子在正方形的左上角。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的数据，1≤x_1, y_1, x_2, y_2, x_3, y_3≤19，所有数据保证方案唯一。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