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1527: 小X与队列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1527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609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小X正和同学们做列队的练习。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名同学排成一路纵队，编号为 i 的同学排在从前往后数第 i 个位置上，即：初始时的队列为 1, 2, 3, ..., 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接下来小X会发出若干条指令，每条指令形如“请编号为 x 的同学排到最前面来”。（例如：若当前时刻的队列为 5, 4, 3, 2, 1 ，发出一条 x=2 的指令后，队列变成了 2, 5, 4, 3, 1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小X发出了很多很多指令，同学们晕头转向不知道该怎么排列。于是就请你算一算，执行完这些指令后，队列应该变成什么样？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第一行两个用空格隔开的正整数 n 和 m ，分别表示人数和指令数。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m 个用空格隔开的正整数 x_i，按顺序表示每次指令的 x 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输出仅有一行包含 n 个正整数，相邻两个数之间用一个空格隔开，表示执行完所有指令后的队列。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2 3 1 4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第一条指令前：1 2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第一条指令后(x=2)：2 1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第二条指令后(x=3)：3 2 1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第三条指令后(x=2)：2 3 1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的数据，1≤n,m≤1000；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对于另外 30% 的数据，n=m，且 1～n 每个数在 x_i 中恰好出现一次；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的数据，1≤n,m≤100000；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常州市2017“信息与未来”夏令营选拔赛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