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1521: 计算分数加减表达式的值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编写程序，输入 n 的值，求 1/1 - 1/2 + 1/3 - 1/4 + 1/5 - 1/6 + 1/7 - 1/8 + ⋯  前 n 项的和。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 。( 1 ≤ n ≤ 1000 )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输出一个实数，为表达式的值，保留到小数点后四位。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0.5000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