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1520: 骑士的金币（coin）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国王将金币作为奖励，发放给忠诚的骑士。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第一天，骑士收到一枚金币；之后两天（第二天和第三天）里，每天收到两枚金币；之后三天（第四、五、六天）里，每天收到三枚金币；之后四天（第七、八、九、十天）里，每天收到四枚金币 ⋯ 这种工资发放模式会一直这样延续下去：当连续 N 天每天收到 N 枚金币后，骑士会在之后的连续 N+1 天里，每天收到 N+1 枚金币（ N 为任意正整数）。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你需要编写一个程序，确定从第一天开始的给定天数内，骑士一共获得了多少金币。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一个整数（范围 1 到 10000），表示天数。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骑士获得的金币数。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noip2015普及组复赛第1题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