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1519: 求1~n中每个数的因子有哪些？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n中每个数的因子有哪些，从小到大输出！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比如：n=10，那么输出结果如下。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6:1 2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7:1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8:1 2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9:1 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10:1 2 5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其中，每行冒号前的整数代表了 1 ∼ n 的每个数，冒号后的的数字代表了这个整数有哪些因子，用空格隔开。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按要求输出 1 ∼ n 中每个数的因子有哪些。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1:1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2:1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3:1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4:1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5:1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6:1 2 3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7:1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8:1 2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9:1 3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10:1 2 5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