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1518: 多项式求和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1518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9460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n，求 1!-2!+3!-4!+ ⋯ +N! 的结果。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比如：n=3，则结果 = 1-(1*2)+(1*2*3) = 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n! = 1 * 2 * 3 * 4 * ... * n，也就是 1 ∼ n 之间所有数的积，比如：5!=1*2*3*4*5=120。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n（n ≤ 10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一个整数，代表运算结果。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