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1513: 绝对素数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如果一个两位数是素数，且它的数字位置经过对换后仍为素数，则称为绝对素数，例如 13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试编程求出所有两位数中的绝对素数。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若干行，每行一个绝对素数，从小到大输出。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