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1512: 甲乙的年龄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1512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函数问题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4927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函数问题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甲、乙两人的岁数之和是一个两位数，这个两位数是一个质数，这个质数的数字之和是 13 ，甲比乙也刚好大 13 ，那么甲、乙两人各是多少岁？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无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输出一行有两个整数，用空格隔开，分别代表甲乙的年龄。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