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1510: 会话列表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小云正在参与开发一个即时聊天工具，他负责其中的会话列表部分。会话列表为显示为一个从上到下的多行控件，其中每一行表示一个会话，每一个会话都可以以一个唯一正整数id表示。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用户在一个会话中发送或接收信息时，如果该会话已经在会话列表中，则会从原来的位置移到列表的最上方；如果没有在会话列表中，则在会话列表最上方插入该会话。小云在现在要做的工作是测试，他会先把会话列表清空等待接收信息。当接收完大量来自不同会话的信息后，就输出当前的会话列表，以检查其中是否有bug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输入的第一行为一个正整数 T（ T ≤ 1000），表示测试数据组数。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接下来有T组数据。每组数据的第一行为一个正整数 N（1 ≤ N ≤ 200），表示接收到信息的次数。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N个正整数，按时间从先到后的顺序表示接收到信息的会话id。会话id不大于 1000000000。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对于每一组数据，输出一行，按会话列表从上到下的顺序，输出会话id。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相邻的会话id以一个空格分隔，行末没有空格。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1 100 1000 1000 100 1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1 6 3 3 1 8 1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1 100 1000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1 8 3 6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