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1506: 订单结算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1506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容器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762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容器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某购物网站进行优惠活动，每个商品当天第一个订单可以打 75 折（ 75 折的意思是用原价 × 0.75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这天网站先后依次收到了 N 个订单，订单的数据形式是：商品名 价格（单价 × 数量），商品名是长度不超过 20 的字符串（商品名不含空格）。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请按商品名的字典顺序，输出当天每种商品名和其售出的总价。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 N（N＜100000），代表了订单的数量；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接下来有 N 行，每行第一个数据是商品名的拼音（没有空格），第二行是商品价格（最多包含 1 位小数）。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若干行，按照商品名的字典顺序，输出当天每种商品名和其售出的总价（总价保留 1 位小数）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shouji 1080.5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shouji 9800.0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diannao 2980.2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diannao 2280.5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diannao 1000.0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diannao 5515.6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shouji 10610.4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