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1504: 约瑟夫问题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vector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约瑟夫问题来源于公元 1 世纪的犹太历史学家Josephus。问题描述，有 n 个人（分别以编号 1，2，3 ⋯ n 表示）围成一个圆圈，从编号为 1 的人开始进行 1 ∼ m 正向报数，报到 m 的那个人出列；他的下一个人又从 1 开始报数，数到 m 的那个人又出列；如此重复下去，直到所有的人全部出列，求最后一个出列人的编号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输入文件仅有一行包含二个用空格隔开的整数 N，M （ 2 ≤ N ≤ 100000，M ≤ 10^9）。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输出文件仅有一行包含一个整数表示一个整数，表示最后一个人在队列中的编号。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