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1503: 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个数组，要求先对这 N 个数组分别进行排序，然后再根据 N 的数组的字典序对这 N 个数组进行排序。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输出排序的结果。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N，表示数组数。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N（N≤1000）行，每一行先包含一个整数 C（C≤1000），表示数组的大小，接下来 C 个整数，表示数组中的一个元素。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 行，每行表示一个数组。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3 2 3 1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