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1502: 数字翻转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N 个数的数组， M 次操作。每次操作将数组的一段翻转，求最后的数组。（提示：可以尝试 reverse 函数）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N，M（N,M ≤ 1000）含义见试题描述。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个整数，表示原来的数组。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X,Y（1 ≤ X ≤ Y ≤ N），表示翻转区间 [X,Y]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 N 个整数，表示操作后的数组。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1 4 3 5 2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