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1496: 地雷数量求解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为了保证边境重要的军事基地不会被敌人入侵，我军在敌军的必经之路上埋了 x 颗地雷，已知这片必经之地是 n × m 的方阵形状，为了让我们的友军知道哪些地方是有地雷的，我军工兵绘制了一张地雷分布图。在这张分布图中，如果某个点没有地雷，那么这个点所标记数字的各个位之和会是一个偶数；反之如果该点有地雷，这个点所标记数字的各个位之和是一个奇数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请你编程计算出，该区域总共埋了多少颗地雷。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比如：下方有一张 5 × 6 的地雷分布图，其中埋有地雷的区域用灰色背景做了标记，该区域中共有 16 颗地雷。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3031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dw9_g1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03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 和 m ，分别代表地图的大小有 n 行 m 列（ n 和 m 都是 10 ∼ 100 之间的整数）；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个整数，代表是否有地雷的标记数（这些标记数都是  ≤ 100000 的整数）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一个整数，代表该区域总共埋了多少颗地雷。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12 35 90 21 1 9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91 3892 8749 342 3421 89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1881 1111 39 4 1 34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9 93 34 12 45 0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67 4 34 19 235 32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