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1494: 奇特的三角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请根据下列规律输出奇特的图形，是一个被*包围了的@三角形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比如，n=3，输出：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**@**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*@@@*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输入一个整数（ 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行的图形。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**@**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*@@@*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@@@@@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