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1491: 数字三角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9715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n，打印 n 行的数字三角！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&lt; 10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行的数字三角。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12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