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1489: 叫号软件</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1489</w:t>
            </w:r>
          </w:p>
        </w:tc>
      </w:tr>
      <w:tr>
        <w:tc>
          <w:tcPr>
            <w:tcW w:type="dxa" w:w="4320"/>
          </w:tcPr>
          <w:p>
            <w:r>
              <w:t>标签</w:t>
            </w:r>
          </w:p>
        </w:tc>
        <w:tc>
          <w:tcPr>
            <w:tcW w:type="dxa" w:w="4320"/>
          </w:tcPr>
          <w:p>
            <w:r>
              <w:t>容器</w:t>
            </w:r>
          </w:p>
        </w:tc>
      </w:tr>
      <w:tr>
        <w:tc>
          <w:tcPr>
            <w:tcW w:type="dxa" w:w="4320"/>
          </w:tcPr>
          <w:p>
            <w:r>
              <w:t>难度</w:t>
            </w:r>
          </w:p>
        </w:tc>
        <w:tc>
          <w:tcPr>
            <w:tcW w:type="dxa" w:w="4320"/>
          </w:tcPr>
          <w:p>
            <w:r>
              <w:t>入门</w:t>
            </w:r>
          </w:p>
        </w:tc>
      </w:tr>
      <w:tr>
        <w:tc>
          <w:tcPr>
            <w:tcW w:type="dxa" w:w="4320"/>
          </w:tcPr>
          <w:p>
            <w:r>
              <w:t>正确</w:t>
            </w:r>
          </w:p>
        </w:tc>
        <w:tc>
          <w:tcPr>
            <w:tcW w:type="dxa" w:w="4320"/>
          </w:tcPr>
          <w:p>
            <w:r>
              <w:t>1508</w:t>
            </w:r>
          </w:p>
        </w:tc>
      </w:tr>
      <w:tr>
        <w:tc>
          <w:tcPr>
            <w:tcW w:type="dxa" w:w="4320"/>
          </w:tcPr>
          <w:p>
            <w:r>
              <w:t>来源</w:t>
            </w:r>
          </w:p>
        </w:tc>
        <w:tc>
          <w:tcPr>
            <w:tcW w:type="dxa" w:w="4320"/>
          </w:tcPr>
          <w:p>
            <w:r>
              <w:t>容器</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课代表 SW 由于工作失误被扣了奖学金，所以他不得不去某家饭店打工，饭店很火爆，经常没有位置，所以不得不叫号。</w:t>
      </w:r>
    </w:p>
    <w:p>
      <w:pPr>
        <w:spacing w:before="40" w:after="40"/>
        <w:ind w:left="720"/>
      </w:pPr>
      <w:r>
        <w:rPr>
          <w:rFonts w:ascii="Consolas" w:hAnsi="Consolas"/>
          <w:sz w:val="18"/>
        </w:rPr>
        <w:t>他管理叫号软件，一天他不小心把叫号软件的程序删除了，他感觉他完蛋了， 正准备跑路，善良的你不忍心他丢工作你能帮他重新写一个叫号软件吗？</w:t>
      </w:r>
    </w:p>
    <w:p>
      <w:pPr>
        <w:spacing w:before="40" w:after="40"/>
        <w:ind w:left="720"/>
      </w:pPr>
      <w:r>
        <w:rPr>
          <w:rFonts w:ascii="Consolas" w:hAnsi="Consolas"/>
          <w:sz w:val="18"/>
        </w:rPr>
        <w:t>软件有三个指令：</w:t>
      </w:r>
    </w:p>
    <w:p>
      <w:pPr>
        <w:spacing w:before="40" w:after="40"/>
        <w:ind w:left="720"/>
      </w:pPr>
      <w:r>
        <w:rPr>
          <w:rFonts w:ascii="Consolas" w:hAnsi="Consolas"/>
          <w:sz w:val="18"/>
        </w:rPr>
        <w:t>END 为结束程序。</w:t>
      </w:r>
    </w:p>
    <w:p>
      <w:pPr>
        <w:spacing w:before="40" w:after="40"/>
        <w:ind w:left="720"/>
      </w:pPr>
      <w:r>
        <w:rPr>
          <w:rFonts w:ascii="Consolas" w:hAnsi="Consolas"/>
          <w:sz w:val="18"/>
        </w:rPr>
      </w:r>
    </w:p>
    <w:p>
      <w:pPr>
        <w:spacing w:before="40" w:after="40"/>
        <w:ind w:left="720"/>
      </w:pPr>
      <w:r>
        <w:rPr>
          <w:rFonts w:ascii="Consolas" w:hAnsi="Consolas"/>
          <w:sz w:val="18"/>
        </w:rPr>
        <w:t>PUSH NAME 为新来了一个名字叫做 NAME 的人排队，NAME 的长度小于等于 10 ，且 NAME 没有重复。</w:t>
      </w:r>
    </w:p>
    <w:p>
      <w:pPr>
        <w:spacing w:before="40" w:after="40"/>
        <w:ind w:left="720"/>
      </w:pPr>
      <w:r>
        <w:rPr>
          <w:rFonts w:ascii="Consolas" w:hAnsi="Consolas"/>
          <w:sz w:val="18"/>
        </w:rPr>
      </w:r>
    </w:p>
    <w:p>
      <w:pPr>
        <w:spacing w:before="40" w:after="40"/>
        <w:ind w:left="720"/>
      </w:pPr>
      <w:r>
        <w:rPr>
          <w:rFonts w:ascii="Consolas" w:hAnsi="Consolas"/>
          <w:sz w:val="18"/>
        </w:rPr>
        <w:t>POP 为如果有人在排队则输出当前队列中来的最早的人的名字并将其从队列里删除，如果队列没有人输出 EMPTY。</w:t>
      </w:r>
    </w:p>
    <w:p>
      <w:pPr>
        <w:spacing w:before="40" w:after="40"/>
        <w:ind w:left="720"/>
      </w:pPr>
      <w:r>
        <w:rPr>
          <w:rFonts w:ascii="Consolas" w:hAnsi="Consolas"/>
          <w:sz w:val="18"/>
        </w:rPr>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输入可能有若干行(保证不超过 100000)，每行一个如下的命令：</w:t>
      </w:r>
    </w:p>
    <w:p>
      <w:pPr>
        <w:spacing w:before="40" w:after="40"/>
        <w:ind w:left="720"/>
      </w:pPr>
      <w:r>
        <w:rPr>
          <w:rFonts w:ascii="Consolas" w:hAnsi="Consolas"/>
          <w:sz w:val="18"/>
        </w:rPr>
        <w:t>PUSH NAME（NAME没有空格）。</w:t>
      </w:r>
    </w:p>
    <w:p>
      <w:pPr>
        <w:spacing w:before="40" w:after="40"/>
        <w:ind w:left="720"/>
      </w:pPr>
      <w:r>
        <w:rPr>
          <w:rFonts w:ascii="Consolas" w:hAnsi="Consolas"/>
          <w:sz w:val="18"/>
        </w:rPr>
        <w:t>POP。</w:t>
      </w:r>
    </w:p>
    <w:p>
      <w:pPr>
        <w:spacing w:before="40" w:after="40"/>
        <w:ind w:left="720"/>
      </w:pPr>
      <w:r>
        <w:rPr>
          <w:rFonts w:ascii="Consolas" w:hAnsi="Consolas"/>
          <w:sz w:val="18"/>
        </w:rPr>
        <w:t>END。</w:t>
      </w:r>
    </w:p>
    <w:p>
      <w:pPr>
        <w:spacing w:before="40" w:after="40"/>
        <w:ind w:left="720"/>
      </w:pPr>
      <w:r>
        <w:rPr>
          <w:rFonts w:ascii="Consolas" w:hAnsi="Consolas"/>
          <w:sz w:val="18"/>
        </w:rPr>
        <w:t>其中，END 命令只会在最后一行出现，并且保证有END。</w:t>
      </w:r>
    </w:p>
    <w:p>
      <w:pPr>
        <w:spacing w:before="40" w:after="40"/>
        <w:ind w:left="720"/>
      </w:pPr>
      <w:r>
        <w:rPr>
          <w:rFonts w:ascii="Consolas" w:hAnsi="Consolas"/>
          <w:sz w:val="18"/>
        </w:rPr>
        <w:t>输入 END 命令后立刻结束程序。</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针对每个 POP 命令输出一行，如果有人在排队则输出当前队列中来的最早的人的名字并将其从队列里删除。否则，输出EMPTY。</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PUSH LZX</w:t>
      </w:r>
    </w:p>
    <w:p>
      <w:pPr>
        <w:spacing w:before="40" w:after="40"/>
        <w:ind w:left="720"/>
      </w:pPr>
      <w:r>
        <w:rPr>
          <w:rFonts w:ascii="Consolas" w:hAnsi="Consolas"/>
          <w:sz w:val="18"/>
        </w:rPr>
        <w:t>PUSH CQW</w:t>
      </w:r>
    </w:p>
    <w:p>
      <w:pPr>
        <w:spacing w:before="40" w:after="40"/>
        <w:ind w:left="720"/>
      </w:pPr>
      <w:r>
        <w:rPr>
          <w:rFonts w:ascii="Consolas" w:hAnsi="Consolas"/>
          <w:sz w:val="18"/>
        </w:rPr>
        <w:t>POP</w:t>
      </w:r>
    </w:p>
    <w:p>
      <w:pPr>
        <w:spacing w:before="40" w:after="40"/>
        <w:ind w:left="720"/>
      </w:pPr>
      <w:r>
        <w:rPr>
          <w:rFonts w:ascii="Consolas" w:hAnsi="Consolas"/>
          <w:sz w:val="18"/>
        </w:rPr>
        <w:t>PUSH SW</w:t>
      </w:r>
    </w:p>
    <w:p>
      <w:pPr>
        <w:spacing w:before="40" w:after="40"/>
        <w:ind w:left="720"/>
      </w:pPr>
      <w:r>
        <w:rPr>
          <w:rFonts w:ascii="Consolas" w:hAnsi="Consolas"/>
          <w:sz w:val="18"/>
        </w:rPr>
        <w:t>POP</w:t>
      </w:r>
    </w:p>
    <w:p>
      <w:pPr>
        <w:spacing w:before="40" w:after="40"/>
        <w:ind w:left="720"/>
      </w:pPr>
      <w:r>
        <w:rPr>
          <w:rFonts w:ascii="Consolas" w:hAnsi="Consolas"/>
          <w:sz w:val="18"/>
        </w:rPr>
        <w:t>POP</w:t>
      </w:r>
    </w:p>
    <w:p>
      <w:pPr>
        <w:spacing w:before="40" w:after="40"/>
        <w:ind w:left="720"/>
      </w:pPr>
      <w:r>
        <w:rPr>
          <w:rFonts w:ascii="Consolas" w:hAnsi="Consolas"/>
          <w:sz w:val="18"/>
        </w:rPr>
        <w:t>POP</w:t>
      </w:r>
    </w:p>
    <w:p>
      <w:pPr>
        <w:spacing w:before="40" w:after="40"/>
        <w:ind w:left="720"/>
      </w:pPr>
      <w:r>
        <w:rPr>
          <w:rFonts w:ascii="Consolas" w:hAnsi="Consolas"/>
          <w:sz w:val="18"/>
        </w:rPr>
        <w:t>END</w:t>
      </w:r>
    </w:p>
    <w:p>
      <w:pPr>
        <w:pStyle w:val="Heading1"/>
      </w:pPr>
      <w:r>
        <w:t>样例输出</w:t>
      </w:r>
    </w:p>
    <w:p>
      <w:pPr>
        <w:spacing w:before="40" w:after="40"/>
        <w:ind w:left="720"/>
      </w:pPr>
      <w:r>
        <w:rPr>
          <w:rFonts w:ascii="Consolas" w:hAnsi="Consolas"/>
          <w:sz w:val="18"/>
        </w:rPr>
        <w:t>LZX</w:t>
      </w:r>
    </w:p>
    <w:p>
      <w:pPr>
        <w:spacing w:before="40" w:after="40"/>
        <w:ind w:left="720"/>
      </w:pPr>
      <w:r>
        <w:rPr>
          <w:rFonts w:ascii="Consolas" w:hAnsi="Consolas"/>
          <w:sz w:val="18"/>
        </w:rPr>
        <w:t>CQW</w:t>
      </w:r>
    </w:p>
    <w:p>
      <w:pPr>
        <w:spacing w:before="40" w:after="40"/>
        <w:ind w:left="720"/>
      </w:pPr>
      <w:r>
        <w:rPr>
          <w:rFonts w:ascii="Consolas" w:hAnsi="Consolas"/>
          <w:sz w:val="18"/>
        </w:rPr>
        <w:t>SW</w:t>
      </w:r>
    </w:p>
    <w:p>
      <w:pPr>
        <w:spacing w:before="40" w:after="40"/>
        <w:ind w:left="720"/>
      </w:pPr>
      <w:r>
        <w:rPr>
          <w:rFonts w:ascii="Consolas" w:hAnsi="Consolas"/>
          <w:sz w:val="18"/>
        </w:rPr>
        <w:t>EMPTY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