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1488: 论坛帖子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你是一个论坛的站长,你们论坛有约 10 万个帖子,每个帖子编号为 1-100000。每个帖子里面又有若干个回复。现在告诉你每个帖子下面的回复人的ID(ID的范围为 1-100000)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现在你要写一个程序,支持插入操作,即 ADD x y 代表编号为x 的帖子有一个ID为 y 的人回复。支持查询操作，即QUERY x y 代表查询编号为 x 的帖子第 y 个回复的人的ID。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行一个整数 N，代表有 N 次询问（1 ≤ N ≤ 100000）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行到第 N+1 行代表 N 次询问的内容，每行为以下 2 种格式之一：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x y 新增加了一个回复，代表编号为 x 的帖子有一个ID为 y 的人回复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QUERY x y 代表查询编号为 x 的帖子第 y 个回复的人的ID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 x ≤ 100000,1 ≤ y ≤ 100000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 QUERY 的查询,每次输出占一行,代表编号为 x 的帖子第 y 个回复的人的ID，如果编号为 x 的帖子总的回复数小于 y，则输出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10 10086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10 10010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QUERY 10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QUERY 88888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88888 10010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88888 12580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QUERY 88888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QUERY 88888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10086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-1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12580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