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1487: 取扑克牌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N（N ≤ 1000）张扑克牌放成一堆，每次从上面取一张牌翻开，再从上面取一张牌放到这堆牌的下面。也就是从上面奇数次取到的牌翻开放成一排，偶数次取到的牌放在下面直到取完。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张扑克牌的排满数字，输出翻开的情况。比如，N=4，牌面从上到下依次是 1 2 3 4 ，那么翻开牌面的情况为 1 3 2 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N（N ≤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个整数，代表从上到下的牌面数。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按照翻开牌面的顺序，输出翻开的结果，数字之间用一个空格隔开。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1 3 2 4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