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1486: 括号匹配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容器stack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stack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输入一个由 ()[] 四种符号构成的字符串。判断其中的括号是否匹配，是，就输出 yes，否则输出 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 ([])、([()])、[((()))]、()[][][]()[] 这几个字符串（双引号内部的内容），我们都算是匹配的。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再比如：输入 ([)、([)]、([(])) 这几个字符串，我们都认为是不匹配的。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一个由 ()[] 四种符号构成的字符串，字符串长度不超过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如果匹配，请输出 yes，如果不匹配，请输出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