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1485: 接水问题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3651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noip2010普及组复赛第2题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学校里有一个水房，水房里一共装有 m 个龙头可供同学们打开水，每个龙头每秒钟的供水量相等，均为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现在有 n 名同学准备接水，他们的初始接水顺序已经确定。将这些同学按接水顺序从 1 到 n 编号，i 号同学的接水量为 w_i。接水开始时，1 到 m 号同学各占一个水龙头，并同时打开水龙头接水。当其中某名同学 j 完成其接水量要求 w_j 后，下一名排队等候接水的同学 k 马上接替 j 同学的位置开始接水。这个换人的过程是瞬间完成的，且没有任何水的浪费。即 j 同学第 x 秒结束时完成接水，则 k 同学第 x+1 秒立刻开始接水。若当前接水人数 n' 不足 m，则只有 n' 个龙头供水，其它 m - n' 个龙头关闭。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现在给出 n 名同学的接水量，按照上述接水规则，问所有同学都接完水需要多少秒。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 和 m，用一个空格隔开，分别表示接水人数和龙头个数。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 w_1,w_2,…,w_n，每两个整数之间用一个空格隔开，w_i 表示 i 号同学的接水量。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输出只有一行，1 个整数，表示接水所需的总时间。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 #1 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秒，3 人接水。第 1 秒结束时，1,2,3 号同学每人的已接水量为 1,3 号同学接完水，4 号同学接替 3 号同学开始接水。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秒，3 人接水。第 2 秒结束时，1,2 号同学每人的已接水量为 2,4 号同学的已接水量为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秒，3 人接水。第 3 秒结束时，1,2 号同学每人的已接水量为 3,4 号同学的已接水量为 2。4 号同学接完水，5 号同学接替 4 号同学开始接水。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4 秒，3 人接水。第 4 秒结束时，1,2 号同学每人的已接水量为 4,5 号同学的已接水量为 1。1,2,5 号同学接完水，即所有人完成接水的总接水时间为 4 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 ≤ {10}^4，1 ≤ m ≤ 100，m ≤ n；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w_i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