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1484: 纪念品分组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元旦快到了，校学生会让乐乐负责新年晚会的纪念品发放工作。为使得参加晚会的同学所获得 的纪念品价值相对均衡，他要把购来的纪念品根据价格进行分组，但每组最多只能包括两件纪念品， 并且每组纪念品的价格之和不能超过一个给定的整数。为了保证在尽量短的时间内发完所有纪念品，乐乐希望分组的数目最少。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你的任务是写一个程序，找出所有分组方案中分组数最少的一种，输出最少的分组数目。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n+2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第一行包括一个整数 w，为每组纪念品价格之和的上限。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第二行为一个整数 n，表示购来的纪念品的总件数 G。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3∼ n+2 行每行包含一个正整数 P_i 表示所对应纪念品的价格。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一个整数，即最少的分组数目。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50% 的数据满足：1≤ n≤15。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的数据满足：1≤ n≤3×10^4，80≤ w≤200，5 ≤  P_i  ≤  w。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