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1483: 棋盘（chess）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NOIP2017 普及组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m × m 的棋盘，棋盘上每一个格子可能是红色、黄色或没有任何颜色的。你现在要从棋盘的最左上角走到棋盘的最右下角。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任何一个时刻，你所站在的位置必须是有颜色的（不能是无色的）， 你只能向上、下、左、右四个方向前进。当你从一个格子走向另一个格子时，如果两个格子的颜色相同，那你不需要花费金币；如果不同，则你需要花费 1  个金币。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另外， 你可以花费 2 个金币施展魔法让下一个无色格子暂时变为你指定的颜色。但这个魔法不能连续使用， 而且这个魔法的持续时间很短，也就是说，如果你使用了这个魔法，走到了这个暂时有颜色的格子上，你就不能继续使用魔法； 只有当你离开这个位置，走到一个本来就有颜色的格子上的时候，你才能继续使用这个魔法，而当你离开了这个位置（施展魔法使得变为有颜色的格子）时，这个格子恢复为无色。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现在你要从棋盘的最左上角，走到棋盘的最右下角，求花费的最少金币是多少？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 m, n，以一个空格分开，分别代表棋盘的大小，棋盘上有颜色的格子的数量。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 n  行，每行三个正整数  x, y, c， 分别表示坐标为 (x,y) 的格子有颜色 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 c=1 代表黄色， c=0 代表红色。 相邻两个数之间用一个空格隔开。 棋盘左上角的坐标为 (1, 1)，右下角的坐标为 ( m, m)。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棋盘上其余的格子都是无色。保证棋盘的左上角，也就是 (1, 1) 一定是有颜色的。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一个整数，表示花费的金币的最小值，如果无法到达，输出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(1,1) 开始，走到 (1,2) 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(1,2) 向下走到 (2,2) 花费 1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(2,2) 施展魔法，将 (2,3) 变为黄色，花费 2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(2,2) 走到 (2,3) 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(2,3) 走到 (3,3) 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(3,3) 走到 (3,4) 花费 1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(3,4) 走到 (4,4) 花费 1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(4,4) 施展魔法，将 (4,5) 变为黄色，花费  2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(4,4) 走到 (4,5) 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(4,5) 走到 (5,5) 花费 1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共花费 8 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输入输出样例 2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( 1, 1) 走到 ( 1, 2)，不花费金币。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( 1, 2) 走到 ( 2, 2)，花费  1  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施展魔法将 ( 2, 3) 变为黄色，并从 ( 2, 2) 走到 ( 2, 3) 花费  2 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( 2, 3) 走到 ( 3, 3) 不花费金币。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( 3, 3) 只能施展魔法到达 ( 3, 2),( 2, 3),( 3, 4),( 4, 3)。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而从以上四点均无法到达 ( 5, 5)，故无法到达终点，输出-1。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的数据，1 ≤ m ≤ 5, 1 ≤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的数据，1 ≤ m ≤ 20, 1 ≤ n ≤ 200。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m ≤ 100, 1 ≤ n ≤ 1,000, 0 ≤ c ≤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2215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6y1lay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215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5260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med_b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2600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