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1482: 花生采摘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1482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noip复赛结构体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提高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889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noip复赛 结构体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鲁宾逊先生有一只宠物猴，名叫多多。这天，他们两个正沿着乡间小路散步，突然发现路边的告示牌上贴着一张小小的纸条：“欢迎免费品尝我种的花生！――熊字”。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鲁宾逊先生和多多都很开心，因为花生正是他们的最爱。在告示牌背后，路边真的有一块花生田，花生植株整齐地排列成矩形网格（如图1）。有经验的多多一眼就能看出，每棵花生植株下的花生有多少。为了训练多多的算术，鲁宾逊先生说：“你先找出花生最多的植株，去采摘它的花生；然后再找出剩下的植株里花生最多的，去采摘它的花生；依此类推，不过你一定要在我限定的时间内回到路边。”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我们假定多多在每个单位时间内，可以做下列四件事情中的一件：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1)  从路边跳到最靠近路边（即第一行）的某棵花生植株；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2)  从一棵植株跳到前后左右与之相邻的另一棵植株；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3)  采摘一棵植株下的花生；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4)  从最靠近路边（即第一行）的某棵花生植株跳回路边。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现在给定一块花生田的大小和花生的分布，请问在限定时间内，多多最多可以采到多少个花生？注意可能只有部分植株下面长有花生，假设这些植株下的花生个数各不相同。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例如在图2所示的花生田里，只有位于(2, 5), (3, 7), (4, 2), (5, 4)的植株下长有花生，个数分别为13, 7, 15, 9。沿着图示的路线，多多在21个单位时间内，最多可以采到37个花生。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Tips：在采摘过程中不能回到路边哦。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r>
        <w:t>图片 1:</w:t>
      </w:r>
    </w:p>
    <w:p>
      <w:r>
        <w:drawing>
          <wp:inline xmlns:a="http://schemas.openxmlformats.org/drawingml/2006/main" xmlns:pic="http://schemas.openxmlformats.org/drawingml/2006/picture">
            <wp:extent cx="4572000" cy="279561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kf9eblwf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79561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第一行包括三个整数，M, N和K，用空格隔开；表示花生田的大小为M  × N(1  ≤ M, N  ≤ 20)，多多采花生的限定时间为K(0  ≤ K  ≤  1000)个单位时间。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接下来的M行，每行包括N个非负整数，也用空格隔开；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第i + 1行的第j个整数Pij (0 ≤ Pij ≤ 500)表示花生田里植株(i, j)下花生的数目，0表示该植株下没有花生。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输出包括一行，这一行只包含一个整数，即在限定时间内，多多最多可以采到花生的个数。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