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1480: 找字典码最小的字符串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编写程序，针对输入的 N 个不同的字符串，输出其中字典码最小的字符串。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输入第一行给出正整数 N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 N 行，每行给出一个长度小于 80 的非空字符串，其中不会出现换行符，空格，制表符。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输出字典码最小的字符串。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Xian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Jin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