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1478: 出现次数最多的小写字母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输入一个由小写字母组成的字符串（字符数量  ≤ 100 ），输出出现次数最多的小写字母。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注意：如果有多个小写字母出现的次数一样多，则输出ASCII码值最大的那个字母。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出现次数最多的小写字母。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aaabbbbbbbbbcdxs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