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1477: 字符串出现次数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1477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字符串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2963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字符串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一个字符串中任意个连续的字符组成的子序列为该字符串的子串。给定子串 s_1 和它的一个字符串 s_2 ，求 s_1 在 s_2 中出现的次数。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第一行，表示字符串 s_1 ， 第二行，表示字符串 s_2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一个整数，代表 s_1 在 s_2 中出现的次数。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ab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abbaabcaabc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