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1476: 字符串编辑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从键盘输入一个字符串（长度  ≤ 40 个字符），并以字符 . 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例如：This is a book. 现对该字符串进行编辑，编辑功能有：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操作一：删除字符。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D：删除一个字符，命令的格式为：D a。其中 a为被删除的字符。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例如：D s  表示删除字符 s ，若字符串中有多个 s，则删除第一次出现的。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如上例中删除的结果为： Thi is a book.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操作二：插入字符。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I：插入一个字符，命令的格式为：I a1 a2。其中 a1 表示插入到指定字符前面，a2 表示将要插入的字符。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例如：I s d 表示在指定字符 s 的前面插入字符 d ，若原串中有多个 s ，则插入在最后一个字符的前面。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如上例中，原串：This is a book.，插入后：This ids a book.。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操作三：替换字符。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R：替换一个字符，命令格式为：R a1 a2。其中 a1 为被替换的字符，a2 为替换的字符，若在原串中有多个 a1 则应全部替换。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例如，原串： This is a book.，输入命令：R o e，替换后的字符串为：This is a beek.。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特殊情况：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在编辑过程中，若出现被改的字符不存在时，则给出提示信息 Not exist。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每个测试文件只包含一组测试数据，每组输入数据包含两行：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第一行，输入一个字符串，表示原串；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第二行，输入一个字符串，表示命令，数据保证命令不会出错，也就是命令一定严格按照题目要求输入。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对于每组输入数据，输出编辑后的字符串，如果被改的字符不存在，则输出 Not exist （引号不输出）。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