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1474: FJ的字符串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问题描述：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FJ在沙盘上写了这样一些字符串：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A1  =  “A”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A2  =  “ABA”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A3  =  “ABACABA”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A4  =  “ABACABADABACABA”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你能找出其中的规律并写所有的数列 AN 吗？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输入格式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仅有一个数：N  ≤  26。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输出格式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请输出相应的字符串 AN，以一个换行符结束。输出中不得含有多余的空格或换行、回车符。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ABACABA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ABACABA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