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1468: 小鱼的航程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4500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有一只小鱼，它上午游泳 150 公里，下午游泳 100 公里，晚上和周末都休息（实行双休日)，假设从周 x(1 ≤ x ≤ 7) 开始算起，请问这样过了 n 天以后，小鱼一共累计游泳了多少公里呢？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x , n (表示从周 x 算起，经过 n 天，x 是 1 ∼ 7之间的整数，n 是 0 ∼ 1000 之间的整数）。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输出一个整数，表示小鱼累计游泳了多少公里。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