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1461: 温度统计员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炎热的夏日，KC 非常的不爽。他宁可忍受北极的寒冷，也不愿忍受厦门的夏天。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最近，他开始研究天气的变化。他希望用研究的结果预测未来的天气。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经历千辛万苦，他收集了连续 N（1≤N≤10000）天的最高气温数据。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现在，他想知道最高气温一直上升的最长连续天数（相等也计入递增）。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行：一个整数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行：N 个空格隔开的整数，第 i 个整数 a_i 表示第 i 天的最高气温。（0≤a_i≤10^9）。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一个整数，表示最高气温一直上升的最长连续天数。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1 2 3 2 4 5 6 8 5 9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