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1460: 小明学游泳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小明开心的在游泳，可是他很快难过的发现，自己的力气不够，游泳好累哦。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已知小明每换一次气能游 2 米，可是随着越来越累，力气越来越小，他接下来的每换一次气都只能游出上一步距离的 98 %。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现在小明想知道，如果要游到距离 x米的地方，他需要总共换多少次气呢。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请你编程解决这个问题。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输入一个数字（不一定是整数，小于 100m），表示要游的目标距离。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输出一个整数，表示小明一共需要换多少次气。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4.3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