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1458: 粉碎数字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小鱼同学得到了 n 个数字，他想知道，如果把这 n 个数字扔到粉碎机粉碎一下，能组成的最大数是多少？小鱼的同学们完全不明白粉碎机怎样粉碎数字，小鱼就数字粉碎做了一个定义：把数字完全打碎，比如有 2 个数 198 和 63 ，那么粉碎后有数字 1、9、8、6、3 ，那么能够组成的最大数就是 98631 。请你编写程序，帮助小鱼同学实现这个奇特的想法。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（ n 是 1 ∼ 1000 之间的整数)。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个整数（每个整数都是 0 ∼ 9999 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个整数粉碎后能够组成的最大的整数。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1 89 654 750 4687 23 90 100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99887766554432110000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