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1457: 子数整除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5594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于一个五位数 abcde ，可将其拆分为三个子数：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sub1=abc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sub2=bcd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sub3=cde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例如，五位数 20207 可以拆分成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sub1=202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sub2=020 (也就是 20)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sub3=207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现在给定一个正整数 K ，要求你编程求出 10000 到30000 之间所有满足下述条件的五位数，条件是这些五位数的三个子数 sub1,sub2,sub3 都可被 K 整除。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K（0 &lt; K &lt; 1000）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每一行为一个满足条件的五位数，要求从小到大输出。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不得重复输出或遗漏。如果无解，则输出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22555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25555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28555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