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media/image2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1441: 骑士牛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1441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广搜深搜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4338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广搜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John用他的一头母牛和Don先生交换了一头“骑士牛”。这头牛有一个独特的能力——在牧场中能像中国象棋中的马一样跑跳（会中国象棋吗？不会？注意：本题不考虑马被“蹩脚”的情况）。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当然，这头牛不能跳到岩石或树上，不过能跳到有牧草的地方。这儿有一个宽为 X，高为 Y 的矩形牧场(1 ≤ X ≤ 150; 1 ≤ Y ≤ 150)。 “骑士牛”和其它牛一样喜欢干草。给你一张包含“骑士牛”出发地和树、岩石、灌木或其它障碍物及大包干草等位置信息的地图，确定“骑士牛”得到干草最少要跳几“跳”。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地图中“骑士牛”出发地用 K表示；障碍物用 * 表示，牧草用 . 表示，干草所在地用 H 表示。这儿有一个示例地图：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骑士牛得到干草的最少步骤在下图中用 ABC…… 表示，最少要跳 5 “跳”（其它的路径可能超过 5 “跳”）：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46991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ysfxwkm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699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2:</w:t>
      </w:r>
    </w:p>
    <w:p>
      <w:r>
        <w:drawing>
          <wp:inline xmlns:a="http://schemas.openxmlformats.org/drawingml/2006/main" xmlns:pic="http://schemas.openxmlformats.org/drawingml/2006/picture">
            <wp:extent cx="4572000" cy="348395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zj0lo7j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839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行: 两个空格隔开的整数: X 和 Y。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2..Y+1 行: 第 Y-i+2 行包含 X 个没有空格的字符（就像上面的地图一样）：表示第 i 行的地图。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一个单独的整数表示最少的得到干草的“跳”数。所有的数据都能得到干草。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....*.....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...*.*....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.......*..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..*..*...H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*.........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...*...*..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.K........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...*.....*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..*....*..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