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1440: 卫星照片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1440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递归深搜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提高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1668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递归 深搜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农夫约翰总是想要一个农场的地图，所以他拍摄了一张 N 行 M 列的卫星照片。一部分的照片看起来像这样：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..................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..#####.......##..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..#####......##...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..................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#.......###.....#.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#.....#####.......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他认为每个联通块都是一个谷仓或一头奶牛。联通块由若干个彼此水平或垂直相邻的 '＃' 符号组成。以下的照片被认为是两个联通块：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....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.#..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..#.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....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农夫约翰认为一个联通块是谷仓，当且仅当它是一个完整的矩形，否则该联通块是一头奶牛。在第一张照片上面，有三个谷仓（大小分别为 2 × 1 , 2 × 5 和 1 × 1 ）和两头奶牛。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计算他的卫星照片中谷仓和奶牛的数量。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行 1：两个空格分隔的整数： N 和 M ( N,M ≤ 80)。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行 2..N + 1：行 i + 1 表示照片的行 i 包含 M 个字符（且不含空格）。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行1：照片中的谷仓数量。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行2：照片中的奶牛数量。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5 8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#####..#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#####.##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......#.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.###...#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.###..##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