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1439: 素数环2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 1 ∼ n 这 n 个数字首尾相连，形成一个圆环，要求圆环上任意两个相邻的数字之和都是一个素数，请编程输出符合条件的素数环。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输入数据仅一行，包含一个正整数 n（n ≤ 20）。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输出数据最多包括 10 行，每行由 n 个整数组成，表示前十个符合条件的素数环（不足十个时全部输出）。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所有素数环第一个元素必须是 1 ，且按照从小到大的顺序排列。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1 4 3 2 5 6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1 6 5 2 3 4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