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1432: 走出迷宫的最少步数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一个迷宫由 R 行 C 列格子组成，有的格子里有障碍物，不能走；有的格子是空地，可以走。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给定一个迷宫，求从左上角走到右下角最少需要走多少步（数据保证一定能走到）。只能在水平方向或垂直方向走，不能斜着走。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第一行是两个整数，R 和 C ，代表迷宫的行数和列数。（ 1 ≤ R,C ≤ 40 )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R 行，每行 C 个字符，代表整个迷宫。空地格子用 . 表示，有障碍物的格子用 # 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迷宫左上角和右下角都是 .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输出从左上角走到右下角至少要经过多少步（即至少要经过多少个空地格子）。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计算步数要包括起点和终点。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#.#.#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#.#.#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#.#..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