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1429: 奖学金评级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某大学在学年结束时，要根据同学们各个学科的考试成绩评定奖学金，根据同学们这学期所有科目的考试成绩来进行统计。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奖学金评级方法如下：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只要有不及格的科目（成绩  &lt; 60 分为不及格），就不能参评奖学金。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 5 个及以上的科目优秀（成绩  ≥ 90 分为优秀）那么能够获取一等奖学金。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 3 个或者 4 个科目优秀，那么能够获取二等奖学金。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 2 个科目优秀，那么能够获取三等奖学金。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请编写一个程序从键盘读入某同学 n 门科目的考试成绩，输出该同学获得奖学金的情况（一等奖学金输出 1 ，二等奖学金输出 2 ，三等奖学金输出 3 ，不能获得奖学金输出no）。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 ，代表有 n 个考试科目（ 5 ≤ n ≤ 15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行是 n 个整数，代表该同学 n 门考试的成绩。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输出该同学获得奖学金的情况。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90 98 80 92 70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