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1428: 找同学的位置</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1428</w:t>
            </w:r>
          </w:p>
        </w:tc>
      </w:tr>
      <w:tr>
        <w:tc>
          <w:tcPr>
            <w:tcW w:type="dxa" w:w="4320"/>
          </w:tcPr>
          <w:p>
            <w:r>
              <w:t>标签</w:t>
            </w:r>
          </w:p>
        </w:tc>
        <w:tc>
          <w:tcPr>
            <w:tcW w:type="dxa" w:w="4320"/>
          </w:tcPr>
          <w:p>
            <w:r>
              <w:t>数组问题</w:t>
            </w:r>
          </w:p>
        </w:tc>
      </w:tr>
      <w:tr>
        <w:tc>
          <w:tcPr>
            <w:tcW w:type="dxa" w:w="4320"/>
          </w:tcPr>
          <w:p>
            <w:r>
              <w:t>难度</w:t>
            </w:r>
          </w:p>
        </w:tc>
        <w:tc>
          <w:tcPr>
            <w:tcW w:type="dxa" w:w="4320"/>
          </w:tcPr>
          <w:p>
            <w:r>
              <w:t>入门</w:t>
            </w:r>
          </w:p>
        </w:tc>
      </w:tr>
      <w:tr>
        <w:tc>
          <w:tcPr>
            <w:tcW w:type="dxa" w:w="4320"/>
          </w:tcPr>
          <w:p>
            <w:r>
              <w:t>正确</w:t>
            </w:r>
          </w:p>
        </w:tc>
        <w:tc>
          <w:tcPr>
            <w:tcW w:type="dxa" w:w="4320"/>
          </w:tcPr>
          <w:p>
            <w:r>
              <w:t>7575</w:t>
            </w:r>
          </w:p>
        </w:tc>
      </w:tr>
      <w:tr>
        <w:tc>
          <w:tcPr>
            <w:tcW w:type="dxa" w:w="4320"/>
          </w:tcPr>
          <w:p>
            <w:r>
              <w:t>来源</w:t>
            </w:r>
          </w:p>
        </w:tc>
        <w:tc>
          <w:tcPr>
            <w:tcW w:type="dxa" w:w="4320"/>
          </w:tcPr>
          <w:p>
            <w:r>
              <w:t>数组问题</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有一个班的同学在操场上排好了队，老师想知道这些同学中学号最大的同学和学号最小的同学所在的位置。</w:t>
      </w:r>
    </w:p>
    <w:p>
      <w:pPr>
        <w:spacing w:before="40" w:after="40"/>
        <w:ind w:left="720"/>
      </w:pPr>
      <w:r>
        <w:rPr>
          <w:rFonts w:ascii="Consolas" w:hAnsi="Consolas"/>
          <w:sz w:val="18"/>
        </w:rPr>
        <w:t>请你编程帮老师找出来。</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 1 行是一个整数 n ，代表排队的同学的数量（ n ≤ 100 ）。</w:t>
      </w:r>
    </w:p>
    <w:p>
      <w:pPr>
        <w:spacing w:before="40" w:after="40"/>
        <w:ind w:left="720"/>
      </w:pPr>
      <w:r>
        <w:rPr>
          <w:rFonts w:ascii="Consolas" w:hAnsi="Consolas"/>
          <w:sz w:val="18"/>
        </w:rPr>
        <w:t>第 2 行是 n 个整数，代表 n 个同学的学号（不存在重复的学号）。</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输出 1行，包含 2 个整数，第一个整数代表学号最大的同学的位置，第二个整数代表学号最小的同学的位置。</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6</w:t>
      </w:r>
    </w:p>
    <w:p>
      <w:pPr>
        <w:spacing w:before="40" w:after="40"/>
        <w:ind w:left="720"/>
      </w:pPr>
      <w:r>
        <w:rPr>
          <w:rFonts w:ascii="Consolas" w:hAnsi="Consolas"/>
          <w:sz w:val="18"/>
        </w:rPr>
        <w:t>1 8 9 10 5 3</w:t>
      </w:r>
    </w:p>
    <w:p>
      <w:pPr>
        <w:pStyle w:val="Heading1"/>
      </w:pPr>
      <w:r>
        <w:t>样例输出</w:t>
      </w:r>
    </w:p>
    <w:p>
      <w:pPr>
        <w:spacing w:before="120" w:after="120"/>
      </w:pPr>
      <w:r>
        <w:t>4 1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