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1422: 数字矩形(1)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1422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17431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从键盘读入一个整数 n，输出如下图形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如：n=3 ，输出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333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如：n = 5，输出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11111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22222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33333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44444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55555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n（n &lt; 10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行的图形。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333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