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1416: 求长方形的周长和面积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1416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53425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 2 个整数，分别代表一个长方形的长和宽，请计算长方形的周长和面积。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 2 个整数，用空格隔开。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输出有 2 行，第 1 行代表周长，第 2 行代表面积。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2 3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