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1397: 完美的偶数？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1397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9023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完美偶数指的是，如果一个数本身是偶数，且这个数是偶数位的数，且这个数的各个位也是偶数，那么这个数就可以称为完美偶数；比如： 28 就是完美偶数，而 246 就不是，因为 246 是一个 3 位数。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请你编程求出，从键盘读入的 n 个数中，哪些数是完美的偶数，输出他们。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第一行是一个整数 n（ n ≤ 100 ）；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第二行是 n 个整数（这些整数都是 1 ∼ 9999 范围内的整数）。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按顺序输出这 n 个数中的完美偶数，每个数一行。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