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1393: 与7无关的数？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一个整数，如果这个数能够被 7 整除，或者其中有一位是 7，我们称为这个数是与 7 有关的数。比如： 14 能被 7 整除，17 有一位为 7 ，这两个数都是与 7 有关的数。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请你编程求出 1 ∼ n（n ≤ 999） 中，与 7 无关的数的总和是多少？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1 ∼ 10 中与 7 无关的数的和为：1+2+3+4+5+6+8+9+10=48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999）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∼ n 中与 7 无关的数的总和。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