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1389: 数据分析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某军事单位为了保证信息的安全性，决定采用特殊的加密方法来传递信息。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该方法的操作方式为，如果要传递 2 个数字信息给友军，会直接传递给友军一个整数 n（n 是一个 10 位以内的整数），该整数的长度代表要传递的第一个数字信息，分解出该整数的每一位，如果该位是偶数，那么将这一位加到总和上去，代表要传递的第二个数字信息。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请你编写一个程序，从接收到的数字 n 中获取这 2 个数字信息。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比如：军事单位传递的数字为 12345678 ，则希望向友军传递的 2 个数字就是 8 （共有 8 位）和 20（2+4+6+8=20）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10^9）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12345678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