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1384: 靶心数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8097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James 同学发现了在二维数组中有这样一类数，这个数正好比自己上下左右四个方向的数都大（由于需要比四个方向的数都大，因此这个数不可能在第一行、最后一行、第一列、最后一列）， James 把它们称为靶心数。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请你编程求出一个二维数组的靶心数有哪些，输出他们。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第一行是两个整数 n 和 m（n 和 m 都是 4 ∼ 100 之间的整数），代表接下来的二维数组有 n 行 m 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请按照输入的顺序输出满足条件的靶心数，每行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5 6 5 8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9 1 11 10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13 4 5 16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