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1380: 小X学游泳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市赛深搜广搜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 深搜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想要学游泳。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这天，小 X 来到了游泳池，发现游泳池可以用 N 行 M 列的格子来表示，每个格子的面积都是 1 ，且格子内水深相同。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由于小 X 刚刚入门，他只能在水深相同的地方游泳。为此，他把整个游泳池看成若干片区域，如果两个格子相邻（上下左右四个方向）且水深相同，他就认为它们属于同一片区域。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小X想知道最大的一片区域面积是多少，希望你帮帮他。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第一行包含用一个空格隔开的两个整数 N,M。（1≤N,M≤100）。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 M 个 1 到 9 的数字，表示每个格子的水深。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第一行包含一个整数，表示最大的一片区域面积。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的数据，1≤N,M≤3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的数据，1≤N,M≤10。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的数据，1≤N,M≤100。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常州市2015“信息与未来”夏令营选拔赛。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建议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请使用深搜和广搜分别实现。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