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1373: 删数问题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贪心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键盘输入一个高精度的正整数 n（ n ≤ 1000 位），去掉其中任意 s 个数字后剩下的数字按原左右顺序将组成一个新的正整数。编程对给定的 n 和 s （s &lt; n 的位数，且数据保证 n 删除 s 个数之后不为 0 ，还是一个非 0 的整数），寻找一种方案，使得剩下的数字组成的数最小。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例如：153748 要删除 2 个数，使得剩下的数字最小，应当删除 5 和 7，得到 1348 。（注意：1087 如果要删除 1 个数，删除 1 结果是最小的，得到结果 87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第一行是一个高精度整数 n；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第二行是需要删除的位数 s；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最后剩下的最小数。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