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1371: 均分纸牌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1371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贪心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1989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贪心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有 n 堆纸牌（2≤n≤200），排成一行，编号分别为 1,2,⋯,n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已知每堆纸牌有一定的张数，且张数之和均为 n 的倍数。移动各堆中的任意张纸牌，使每堆的数量达到相同，且移动次数最少。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移动规则：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每次可以移动任意的张数，第 1 堆可以移向第 2 堆，第 2 堆可以移向第 1 堆或第 3 堆，⋯， 第 n 堆只可以移向第 n-1 堆。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例如，当 n=4 时：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堆号      1     2     3     4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张数      3     5     4     8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移动的方法有许多种， 其中的一种方案：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① 第 2 堆向第 1 堆移动 2 张，成为：5 3 4 8。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② 第 4 堆向第 3 堆移动 3 张，成为：5 3 7 5。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③ 第 3 堆向第 2 堆移动 2 张，成为：5 5 5 5。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经过三次移动，每堆都成为 5 张。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第一行一个整数 n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 n 个整数，用空格分隔。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一个整数（表示最少移动次数）。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4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3 5 4 8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